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bg0" style="position:absolute;margin-left:0.000pt;margin-top:0.000pt;width:612.000pt;height:792.000pt;z-index:-1;mso-position-horizontal-relative:page;mso-position-vertical-relative:page" stroked="f">
            <v:imagedata r:id="rId9"/>
          </v:rect>
        </w:pict>
      </w:r>
      <w:r>
        <w:pict>
          <v:rect id="text0_0" style="position:absolute;margin-left:60.888pt;margin-top:55.864pt;width:125.964pt;height:15.600pt;z-index:1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43d30"/>
                      <w:b/>
                    </w:rPr>
                    <w:t xml:space="preserve">FIELDWORK STUDIO</w:t>
                  </w:r>
                </w:p>
              </w:txbxContent>
            </v:textbox>
          </v:rect>
        </w:pict>
      </w:r>
      <w:r>
        <w:pict>
          <v:rect id="text0_1" style="position:absolute;margin-left:60.837pt;margin-top:109.639pt;width:227.031pt;height:11.700pt;z-index:2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8"/>
                      <w:color w:val="73856b"/>
                    </w:rPr>
                    <w:t xml:space="preserve">ILLUSTRATIVE SAMPLE — NOT A REAL CONTRACT</w:t>
                  </w:r>
                </w:p>
              </w:txbxContent>
            </v:textbox>
          </v:rect>
        </w:pict>
      </w:r>
      <w:r>
        <w:pict>
          <v:rect id="text0_2" style="position:absolute;margin-left:61.696pt;margin-top:147.304pt;width:401.680pt;height:45.984pt;z-index:3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64"/>
                      <w:color w:val="1f4033"/>
                    </w:rPr>
                    <w:t xml:space="preserve">Good work. Great company.</w:t>
                  </w:r>
                </w:p>
              </w:txbxContent>
            </v:textbox>
          </v:rect>
        </w:pict>
      </w:r>
      <w:r>
        <w:pict>
          <v:rect id="text0_3" style="position:absolute;margin-left:60.276pt;margin-top:220.864pt;width:297.648pt;height:17.244pt;z-index:4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This agreement is made between Fieldwork Studio and</w:t>
                  </w:r>
                </w:p>
              </w:txbxContent>
            </v:textbox>
          </v:rect>
        </w:pict>
      </w:r>
      <w:r>
        <w:pict>
          <v:rect id="text0_4" style="position:absolute;margin-left:60.324pt;margin-top:253.864pt;width:75.552pt;height:15.600pt;z-index:5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Jordan Smith</w:t>
                  </w:r>
                </w:p>
              </w:txbxContent>
            </v:textbox>
          </v:rect>
        </w:pict>
      </w:r>
      <w:r>
        <w:pict>
          <v:rect id="text0_5" style="position:absolute;margin-left:60.108pt;margin-top:286.864pt;width:208.272pt;height:17.244pt;z-index:6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for the design services outlined below.</w:t>
                  </w:r>
                </w:p>
              </w:txbxContent>
            </v:textbox>
          </v:rect>
        </w:pict>
      </w:r>
      <w:r>
        <w:pict>
          <v:rect id="text0_6" style="position:absolute;margin-left:60.924pt;margin-top:319.864pt;width:120.972pt;height:17.244pt;z-index:7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Project: Brand refresh</w:t>
                  </w:r>
                </w:p>
              </w:txbxContent>
            </v:textbox>
          </v:rect>
        </w:pict>
      </w:r>
      <w:r>
        <w:pict>
          <v:rect id="text0_7" style="position:absolute;margin-left:60.540pt;margin-top:352.852pt;width:156.336pt;height:16.440pt;z-index:8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Start date: October 20, 2026</w:t>
                  </w:r>
                </w:p>
              </w:txbxContent>
            </v:textbox>
          </v:rect>
        </w:pict>
      </w:r>
      <w:r>
        <w:pict>
          <v:rect id="text0_8" style="position:absolute;margin-left:80.253pt;margin-top:529.792pt;width:261.585pt;height:15.807pt;z-index:9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Try it: change Jordan Smith to your name on page 1.</w:t>
                  </w:r>
                </w:p>
              </w:txbxContent>
            </v:textbox>
          </v:rect>
        </w:pict>
      </w:r>
      <w:r>
        <w:pict>
          <v:rect id="text0_9" style="position:absolute;margin-left:80.253pt;margin-top:550.924pt;width:292.781pt;height:15.675pt;z-index:10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Then add a note, draw a signature, or reorder these pages.</w:t>
                  </w:r>
                </w:p>
              </w:txbxContent>
            </v:textbox>
          </v:rect>
        </w:pict>
      </w:r>
      <w:r>
        <w:pict>
          <v:rect id="text0_10" style="position:absolute;margin-left:80.253pt;margin-top:571.792pt;width:300.690pt;height:15.686pt;z-index:11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This sample contains no personal or confidential information.</w:t>
                  </w:r>
                </w:p>
              </w:txbxContent>
            </v:textbox>
          </v:rect>
        </w:pict>
      </w:r>
      <w:r>
        <w:pict>
          <v:rect id="text0_11" style="position:absolute;margin-left:60.656pt;margin-top:734.568pt;width:178.536pt;height:10.400pt;z-index:12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6"/>
                      <w:color w:val="4d6b47"/>
                    </w:rPr>
                    <w:t xml:space="preserve">FIELDWORK STUDIO — SAMPLE DOCUMENT </w:t>
                  </w:r>
                </w:p>
              </w:txbxContent>
            </v:textbox>
          </v:rect>
        </w:pict>
      </w:r>
      <w:r>
        <w:pict>
          <v:rect id="text0_12" style="position:absolute;margin-left:527.872pt;margin-top:734.576pt;width:29.768pt;height:10.400pt;z-index:13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6"/>
                      <w:color w:val="4d6b47"/>
                    </w:rPr>
                    <w:t xml:space="preserve">01 / 03</w:t>
                  </w:r>
                </w:p>
              </w:txbxContent>
            </v:textbox>
          </v:rect>
        </w:pic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0" w:lineRule="exact"/>
      </w:pPr>
      <w:r>
        <w:pict>
          <v:rect id="bg1" style="position:absolute;margin-left:0.000pt;margin-top:0.000pt;width:612.000pt;height:792.000pt;z-index:-1;mso-position-horizontal-relative:page;mso-position-vertical-relative:page" stroked="f">
            <v:imagedata r:id="rId9"/>
          </v:rect>
        </w:pict>
      </w:r>
      <w:r>
        <w:pict>
          <v:rect id="text1_0" style="position:absolute;margin-left:60.888pt;margin-top:55.864pt;width:125.964pt;height:15.600pt;z-index:1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43d30"/>
                      <w:b/>
                    </w:rPr>
                    <w:t xml:space="preserve">FIELDWORK STUDIO</w:t>
                  </w:r>
                </w:p>
              </w:txbxContent>
            </v:textbox>
          </v:rect>
        </w:pict>
      </w:r>
      <w:r>
        <w:pict>
          <v:rect id="text1_1" style="position:absolute;margin-left:60.837pt;margin-top:109.639pt;width:227.031pt;height:11.700pt;z-index:2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8"/>
                      <w:color w:val="73856b"/>
                    </w:rPr>
                    <w:t xml:space="preserve">ILLUSTRATIVE SAMPLE — NOT A REAL CONTRACT</w:t>
                  </w:r>
                </w:p>
              </w:txbxContent>
            </v:textbox>
          </v:rect>
        </w:pict>
      </w:r>
      <w:r>
        <w:pict>
          <v:rect id="text1_2" style="position:absolute;margin-left:60.736pt;margin-top:147.688pt;width:317.296pt;height:45.600pt;z-index:3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64"/>
                      <w:color w:val="1f4033"/>
                    </w:rPr>
                    <w:t xml:space="preserve">The work, at a glance.</w:t>
                  </w:r>
                </w:p>
              </w:txbxContent>
            </v:textbox>
          </v:rect>
        </w:pict>
      </w:r>
      <w:r>
        <w:pict>
          <v:rect id="text1_3" style="position:absolute;margin-left:60.924pt;margin-top:220.972pt;width:179.652pt;height:17.136pt;z-index:4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Phase 1: Discovery and direction</w:t>
                  </w:r>
                </w:p>
              </w:txbxContent>
            </v:textbox>
          </v:rect>
        </w:pict>
      </w:r>
      <w:r>
        <w:pict>
          <v:rect id="text1_4" style="position:absolute;margin-left:60.924pt;margin-top:253.864pt;width:176.412pt;height:17.244pt;z-index:5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Phase 2: Design and refinement</w:t>
                  </w:r>
                </w:p>
              </w:txbxContent>
            </v:textbox>
          </v:rect>
        </w:pict>
      </w:r>
      <w:r>
        <w:pict>
          <v:rect id="text1_5" style="position:absolute;margin-left:60.924pt;margin-top:286.864pt;width:173.592pt;height:15.600pt;z-index:6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Phase 3: Final files and handoff</w:t>
                  </w:r>
                </w:p>
              </w:txbxContent>
            </v:textbox>
          </v:rect>
        </w:pict>
      </w:r>
      <w:r>
        <w:pict>
          <v:rect id="text1_6" style="position:absolute;margin-left:60.948pt;margin-top:319.972pt;width:214.584pt;height:17.136pt;z-index:7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Estimated delivery: November 10, 2026</w:t>
                  </w:r>
                </w:p>
              </w:txbxContent>
            </v:textbox>
          </v:rect>
        </w:pict>
      </w:r>
      <w:r>
        <w:pict>
          <v:rect id="text1_7" style="position:absolute;margin-left:80.253pt;margin-top:529.792pt;width:261.585pt;height:15.807pt;z-index:8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Try it: change Jordan Smith to your name on page 1.</w:t>
                  </w:r>
                </w:p>
              </w:txbxContent>
            </v:textbox>
          </v:rect>
        </w:pict>
      </w:r>
      <w:r>
        <w:pict>
          <v:rect id="text1_8" style="position:absolute;margin-left:80.253pt;margin-top:550.924pt;width:292.781pt;height:15.675pt;z-index:9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Then add a note, draw a signature, or reorder these pages.</w:t>
                  </w:r>
                </w:p>
              </w:txbxContent>
            </v:textbox>
          </v:rect>
        </w:pict>
      </w:r>
      <w:r>
        <w:pict>
          <v:rect id="text1_9" style="position:absolute;margin-left:80.253pt;margin-top:571.792pt;width:300.690pt;height:15.686pt;z-index:10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This sample contains no personal or confidential information.</w:t>
                  </w:r>
                </w:p>
              </w:txbxContent>
            </v:textbox>
          </v:rect>
        </w:pict>
      </w:r>
      <w:r>
        <w:pict>
          <v:rect id="text1_10" style="position:absolute;margin-left:60.656pt;margin-top:734.568pt;width:178.536pt;height:10.400pt;z-index:11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6"/>
                      <w:color w:val="4d6b47"/>
                    </w:rPr>
                    <w:t xml:space="preserve">FIELDWORK STUDIO — SAMPLE DOCUMENT </w:t>
                  </w:r>
                </w:p>
              </w:txbxContent>
            </v:textbox>
          </v:rect>
        </w:pict>
      </w:r>
      <w:r>
        <w:pict>
          <v:rect id="text1_11" style="position:absolute;margin-left:527.872pt;margin-top:734.576pt;width:29.768pt;height:10.400pt;z-index:12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6"/>
                      <w:color w:val="4d6b47"/>
                    </w:rPr>
                    <w:t xml:space="preserve">02 / 03</w:t>
                  </w:r>
                </w:p>
              </w:txbxContent>
            </v:textbox>
          </v:rect>
        </w:pict>
      </w:r>
    </w:p>
    <w:p>
      <w:pPr>
        <w:sectPr>
          <w:pgSz w:w="12240" w:h="15840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0" w:lineRule="exact"/>
      </w:pPr>
      <w:r>
        <w:pict>
          <v:rect id="bg2" style="position:absolute;margin-left:0.000pt;margin-top:0.000pt;width:612.000pt;height:792.000pt;z-index:-1;mso-position-horizontal-relative:page;mso-position-vertical-relative:page" stroked="f">
            <v:imagedata r:id="rId9"/>
          </v:rect>
        </w:pict>
      </w:r>
      <w:r>
        <w:pict>
          <v:rect id="text2_0" style="position:absolute;margin-left:60.888pt;margin-top:55.864pt;width:125.964pt;height:15.600pt;z-index:1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43d30"/>
                      <w:b/>
                    </w:rPr>
                    <w:t xml:space="preserve">FIELDWORK STUDIO</w:t>
                  </w:r>
                </w:p>
              </w:txbxContent>
            </v:textbox>
          </v:rect>
        </w:pict>
      </w:r>
      <w:r>
        <w:pict>
          <v:rect id="text2_1" style="position:absolute;margin-left:60.837pt;margin-top:109.639pt;width:227.031pt;height:11.700pt;z-index:2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8"/>
                      <w:color w:val="73856b"/>
                    </w:rPr>
                    <w:t xml:space="preserve">ILLUSTRATIVE SAMPLE — NOT A REAL CONTRACT</w:t>
                  </w:r>
                </w:p>
              </w:txbxContent>
            </v:textbox>
          </v:rect>
        </w:pict>
      </w:r>
      <w:r>
        <w:pict>
          <v:rect id="text2_2" style="position:absolute;margin-left:62.528pt;margin-top:147.688pt;width:297.744pt;height:45.600pt;z-index:3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64"/>
                      <w:color w:val="1f4033"/>
                    </w:rPr>
                    <w:t xml:space="preserve">Ready to get started.</w:t>
                  </w:r>
                </w:p>
              </w:txbxContent>
            </v:textbox>
          </v:rect>
        </w:pict>
      </w:r>
      <w:r>
        <w:pict>
          <v:rect id="text2_3" style="position:absolute;margin-left:60.924pt;margin-top:220.864pt;width:218.796pt;height:17.244pt;z-index:4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Please review the details before signing.</w:t>
                  </w:r>
                </w:p>
              </w:txbxContent>
            </v:textbox>
          </v:rect>
        </w:pict>
      </w:r>
      <w:r>
        <w:pict>
          <v:rect id="text2_4" style="position:absolute;margin-left:60.600pt;margin-top:253.864pt;width:71.700pt;height:15.600pt;z-index:5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Client name:</w:t>
                  </w:r>
                </w:p>
              </w:txbxContent>
            </v:textbox>
          </v:rect>
        </w:pict>
      </w:r>
      <w:r>
        <w:pict>
          <v:rect id="text2_5" style="position:absolute;margin-left:60.924pt;margin-top:287.008pt;width:32.700pt;height:15.600pt;z-index:6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Date:</w:t>
                  </w:r>
                </w:p>
              </w:txbxContent>
            </v:textbox>
          </v:rect>
        </w:pict>
      </w:r>
      <w:r>
        <w:pict>
          <v:rect id="text2_6" style="position:absolute;margin-left:60.540pt;margin-top:319.864pt;width:59.100pt;height:17.244pt;z-index:7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4"/>
                      <w:color w:val="1f4033"/>
                    </w:rPr>
                    <w:t xml:space="preserve">Signature:</w:t>
                  </w:r>
                </w:p>
              </w:txbxContent>
            </v:textbox>
          </v:rect>
        </w:pict>
      </w:r>
      <w:r>
        <w:pict>
          <v:rect id="text2_7" style="position:absolute;margin-left:80.253pt;margin-top:529.792pt;width:261.585pt;height:15.807pt;z-index:8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Try it: change Jordan Smith to your name on page 1.</w:t>
                  </w:r>
                </w:p>
              </w:txbxContent>
            </v:textbox>
          </v:rect>
        </w:pict>
      </w:r>
      <w:r>
        <w:pict>
          <v:rect id="text2_8" style="position:absolute;margin-left:80.253pt;margin-top:550.924pt;width:292.781pt;height:15.675pt;z-index:9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Then add a note, draw a signature, or reorder these pages.</w:t>
                  </w:r>
                </w:p>
              </w:txbxContent>
            </v:textbox>
          </v:rect>
        </w:pict>
      </w:r>
      <w:r>
        <w:pict>
          <v:rect id="text2_9" style="position:absolute;margin-left:80.253pt;margin-top:571.792pt;width:300.690pt;height:15.686pt;z-index:10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22"/>
                      <w:color w:val="4d6b47"/>
                    </w:rPr>
                    <w:t xml:space="preserve">This sample contains no personal or confidential information.</w:t>
                  </w:r>
                </w:p>
              </w:txbxContent>
            </v:textbox>
          </v:rect>
        </w:pict>
      </w:r>
      <w:r>
        <w:pict>
          <v:rect id="text2_10" style="position:absolute;margin-left:60.656pt;margin-top:734.568pt;width:178.536pt;height:10.400pt;z-index:11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6"/>
                      <w:color w:val="4d6b47"/>
                    </w:rPr>
                    <w:t xml:space="preserve">FIELDWORK STUDIO — SAMPLE DOCUMENT </w:t>
                  </w:r>
                </w:p>
              </w:txbxContent>
            </v:textbox>
          </v:rect>
        </w:pict>
      </w:r>
      <w:r>
        <w:pict>
          <v:rect id="text2_11" style="position:absolute;margin-left:527.872pt;margin-top:734.576pt;width:29.768pt;height:10.400pt;z-index:12;mso-position-horizontal-relative:page;mso-position-vertical-relative:page" filled="f" stroked="f">
            <v:textbox inset="0,0,0,0" style="mso-fit-shape-to-text:t">
              <w:txbxContent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sz w:val="16"/>
                      <w:color w:val="4d6b47"/>
                    </w:rPr>
                    <w:t xml:space="preserve">03 / 03</w:t>
                  </w:r>
                </w:p>
              </w:txbxContent>
            </v:textbox>
          </v:rect>
        </w:pict>
      </w:r>
    </w:p>
    <w:sectPr w:rsidR="00FC693F" w:rsidRPr="0006063C" w:rsidSect="00034616">
      <w:pgSz w:w="12240" w:h="15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